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  <w:i/>
          <w:sz w:val="15"/>
        </w:rPr>
        <w:t>Załącznik do rozporządzenia Ministra Spraw Wewnętrznych i Administracji z dnia 2 grudnia 2022 r. (Dz. U. poz. 2579)</w:t>
      </w:r>
    </w:p>
    <w:p>
      <w:pPr>
        <w:jc w:val="right"/>
      </w:pPr>
      <w:r>
        <w:rPr>
          <w:b/>
          <w:i w:val="0"/>
          <w:sz w:val="18"/>
        </w:rPr>
        <w:t>WZÓR</w:t>
      </w:r>
    </w:p>
    <w:p>
      <w:pPr>
        <w:spacing w:after="160"/>
        <w:jc w:val="center"/>
      </w:pPr>
      <w:r>
        <w:rPr>
          <w:b/>
          <w:i w:val="0"/>
          <w:sz w:val="28"/>
        </w:rPr>
        <w:t>Wniosek o przyznanie świadczenia ratowniczego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6E6E6"/>
          </w:tcPr>
          <w:p>
            <w:r/>
            <w:r>
              <w:rPr>
                <w:b/>
                <w:sz w:val="19"/>
              </w:rPr>
              <w:t>A. ADNOTACJE URZĘDOWE (wypełnia właściwa komenda powiatowa/miejska Państwowej Straży Pożarnej)</w:t>
            </w:r>
          </w:p>
        </w:tc>
      </w:tr>
    </w:tbl>
    <w:p>
      <w:r>
        <w:rPr>
          <w:b w:val="0"/>
          <w:i w:val="0"/>
          <w:sz w:val="18"/>
        </w:rPr>
        <w:t>Wniosek wpłynął do Komendy …………….. Państwowej Straży Pożarnej w ……………………. dnia …………………… .</w:t>
      </w:r>
    </w:p>
    <w:p>
      <w:r>
        <w:rPr>
          <w:b w:val="0"/>
          <w:i w:val="0"/>
          <w:sz w:val="18"/>
        </w:rPr>
        <w:t>Został zarejestrowany pod numerem ……………. .</w:t>
      </w:r>
    </w:p>
    <w:p>
      <w:pPr>
        <w:spacing w:after="160"/>
        <w:jc w:val="right"/>
      </w:pPr>
      <w:r>
        <w:rPr>
          <w:b w:val="0"/>
          <w:i w:val="0"/>
          <w:sz w:val="16"/>
        </w:rPr>
        <w:t>……………………………………</w:t>
        <w:br/>
        <w:t>(pieczątka służbowa i podpis)</w:t>
      </w:r>
    </w:p>
    <w:p>
      <w:pPr>
        <w:spacing w:after="120"/>
      </w:pPr>
      <w:r>
        <w:rPr>
          <w:b/>
          <w:i w:val="0"/>
          <w:sz w:val="20"/>
        </w:rPr>
        <w:t>Wnoszę o przyznanie świadczenia ratowniczego (wnioskodawca wypełnia część B druku WIELKIMI LITERAMI)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6E6E6"/>
          </w:tcPr>
          <w:p>
            <w:r/>
            <w:r>
              <w:rPr>
                <w:b/>
                <w:sz w:val="19"/>
              </w:rPr>
              <w:t>B.1. DANE PERSONALNE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/>
            <w:r>
              <w:rPr>
                <w:sz w:val="15"/>
              </w:rPr>
              <w:t>Nazwisko</w:t>
            </w:r>
          </w:p>
          <w:p/>
        </w:tc>
        <w:tc>
          <w:tcPr>
            <w:tcW w:type="dxa" w:w="6426"/>
            <w:gridSpan w:val="2"/>
          </w:tcPr>
          <w:p>
            <w:r/>
            <w:r>
              <w:rPr>
                <w:sz w:val="15"/>
              </w:rPr>
              <w:t>Pierwsze imię</w:t>
            </w:r>
          </w:p>
          <w:p/>
        </w:tc>
      </w:tr>
      <w:tr>
        <w:tc>
          <w:tcPr>
            <w:tcW w:type="dxa" w:w="3213"/>
          </w:tcPr>
          <w:p>
            <w:r/>
            <w:r>
              <w:rPr>
                <w:sz w:val="15"/>
              </w:rPr>
              <w:t>Drugie imię</w:t>
            </w:r>
          </w:p>
          <w:p/>
        </w:tc>
        <w:tc>
          <w:tcPr>
            <w:tcW w:type="dxa" w:w="3213"/>
          </w:tcPr>
          <w:p>
            <w:r/>
            <w:r>
              <w:rPr>
                <w:sz w:val="15"/>
              </w:rPr>
              <w:t>Data urodzenia</w:t>
            </w:r>
          </w:p>
          <w:p/>
        </w:tc>
        <w:tc>
          <w:tcPr>
            <w:tcW w:type="dxa" w:w="3213"/>
          </w:tcPr>
          <w:p>
            <w:r/>
            <w:r>
              <w:rPr>
                <w:sz w:val="15"/>
              </w:rPr>
              <w:t>Numer PESEL</w:t>
            </w:r>
          </w:p>
          <w:p/>
        </w:tc>
      </w:tr>
      <w:tr>
        <w:tc>
          <w:tcPr>
            <w:tcW w:type="dxa" w:w="9639"/>
            <w:gridSpan w:val="3"/>
          </w:tcPr>
          <w:p>
            <w:r/>
            <w:r>
              <w:rPr>
                <w:sz w:val="15"/>
              </w:rPr>
              <w:t>Seria i nr dowodu osobistego / Numer paszportu*) (należy wypełnić, jeśli nie nadano numeru PESEL)</w:t>
            </w:r>
          </w:p>
          <w:p/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6E6E6"/>
          </w:tcPr>
          <w:p>
            <w:r/>
            <w:r>
              <w:rPr>
                <w:b/>
                <w:sz w:val="19"/>
              </w:rPr>
              <w:t>B.2. ADRES ZAMIESZKANIA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/>
            <w:r>
              <w:rPr>
                <w:sz w:val="15"/>
              </w:rPr>
              <w:t>Ulica</w:t>
            </w:r>
          </w:p>
          <w:p/>
        </w:tc>
        <w:tc>
          <w:tcPr>
            <w:tcW w:type="dxa" w:w="3213"/>
          </w:tcPr>
          <w:p>
            <w:r/>
            <w:r>
              <w:rPr>
                <w:sz w:val="15"/>
              </w:rPr>
              <w:t>Nr domu</w:t>
            </w:r>
          </w:p>
          <w:p/>
        </w:tc>
        <w:tc>
          <w:tcPr>
            <w:tcW w:type="dxa" w:w="3213"/>
          </w:tcPr>
          <w:p>
            <w:r/>
            <w:r>
              <w:rPr>
                <w:sz w:val="15"/>
              </w:rPr>
              <w:t>Nr lokalu</w:t>
            </w:r>
          </w:p>
          <w:p/>
        </w:tc>
      </w:tr>
      <w:tr>
        <w:tc>
          <w:tcPr>
            <w:tcW w:type="dxa" w:w="3213"/>
          </w:tcPr>
          <w:p>
            <w:r/>
            <w:r>
              <w:rPr>
                <w:sz w:val="15"/>
              </w:rPr>
              <w:t>Kod pocztowy</w:t>
            </w:r>
          </w:p>
          <w:p/>
        </w:tc>
        <w:tc>
          <w:tcPr>
            <w:tcW w:type="dxa" w:w="3213"/>
          </w:tcPr>
          <w:p>
            <w:r/>
            <w:r>
              <w:rPr>
                <w:sz w:val="15"/>
              </w:rPr>
              <w:t>Miejscowość</w:t>
            </w:r>
          </w:p>
          <w:p/>
        </w:tc>
        <w:tc>
          <w:tcPr>
            <w:tcW w:type="dxa" w:w="3213"/>
          </w:tcPr>
          <w:p>
            <w:r/>
            <w:r>
              <w:rPr>
                <w:sz w:val="15"/>
              </w:rPr>
              <w:t>Gmina/dzielnica</w:t>
            </w:r>
          </w:p>
          <w:p/>
        </w:tc>
      </w:tr>
      <w:tr>
        <w:tc>
          <w:tcPr>
            <w:tcW w:type="dxa" w:w="3213"/>
          </w:tcPr>
          <w:p>
            <w:r/>
            <w:r>
              <w:rPr>
                <w:sz w:val="15"/>
              </w:rPr>
              <w:t>Powiat</w:t>
            </w:r>
          </w:p>
          <w:p/>
        </w:tc>
        <w:tc>
          <w:tcPr>
            <w:tcW w:type="dxa" w:w="3213"/>
          </w:tcPr>
          <w:p>
            <w:r/>
            <w:r>
              <w:rPr>
                <w:sz w:val="15"/>
              </w:rPr>
              <w:t>Województwo</w:t>
            </w:r>
          </w:p>
          <w:p/>
        </w:tc>
        <w:tc>
          <w:tcPr>
            <w:tcW w:type="dxa" w:w="3213"/>
          </w:tcPr>
          <w:p>
            <w:r/>
            <w:r>
              <w:rPr>
                <w:sz w:val="15"/>
              </w:rPr>
              <w:t>Nazwa państwa</w:t>
            </w:r>
          </w:p>
          <w:p/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6E6E6"/>
          </w:tcPr>
          <w:p>
            <w:r/>
            <w:r>
              <w:rPr>
                <w:b/>
                <w:sz w:val="19"/>
              </w:rPr>
              <w:t>B.3. ADRES DO KORESPONDENCJI (należy podać, jeżeli jest inny niż adres zamieszkania)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/>
            <w:r>
              <w:rPr>
                <w:sz w:val="15"/>
              </w:rPr>
              <w:t>Ulica</w:t>
            </w:r>
          </w:p>
          <w:p/>
        </w:tc>
        <w:tc>
          <w:tcPr>
            <w:tcW w:type="dxa" w:w="3213"/>
          </w:tcPr>
          <w:p>
            <w:r/>
            <w:r>
              <w:rPr>
                <w:sz w:val="15"/>
              </w:rPr>
              <w:t>Nr domu</w:t>
            </w:r>
          </w:p>
          <w:p/>
        </w:tc>
        <w:tc>
          <w:tcPr>
            <w:tcW w:type="dxa" w:w="3213"/>
          </w:tcPr>
          <w:p>
            <w:r/>
            <w:r>
              <w:rPr>
                <w:sz w:val="15"/>
              </w:rPr>
              <w:t>Nr lokalu</w:t>
            </w:r>
          </w:p>
          <w:p/>
        </w:tc>
      </w:tr>
      <w:tr>
        <w:tc>
          <w:tcPr>
            <w:tcW w:type="dxa" w:w="3213"/>
          </w:tcPr>
          <w:p>
            <w:r/>
            <w:r>
              <w:rPr>
                <w:sz w:val="15"/>
              </w:rPr>
              <w:t>Kod pocztowy</w:t>
            </w:r>
          </w:p>
          <w:p/>
        </w:tc>
        <w:tc>
          <w:tcPr>
            <w:tcW w:type="dxa" w:w="3213"/>
          </w:tcPr>
          <w:p>
            <w:r/>
            <w:r>
              <w:rPr>
                <w:sz w:val="15"/>
              </w:rPr>
              <w:t>Miejscowość</w:t>
            </w:r>
          </w:p>
          <w:p/>
        </w:tc>
        <w:tc>
          <w:tcPr>
            <w:tcW w:type="dxa" w:w="3213"/>
          </w:tcPr>
          <w:p>
            <w:r/>
            <w:r>
              <w:rPr>
                <w:sz w:val="15"/>
              </w:rPr>
              <w:t>Gmina/dzielnica</w:t>
            </w:r>
          </w:p>
          <w:p/>
        </w:tc>
      </w:tr>
      <w:tr>
        <w:tc>
          <w:tcPr>
            <w:tcW w:type="dxa" w:w="3213"/>
          </w:tcPr>
          <w:p>
            <w:r/>
            <w:r>
              <w:rPr>
                <w:sz w:val="15"/>
              </w:rPr>
              <w:t>Powiat</w:t>
            </w:r>
          </w:p>
          <w:p/>
        </w:tc>
        <w:tc>
          <w:tcPr>
            <w:tcW w:type="dxa" w:w="3213"/>
          </w:tcPr>
          <w:p>
            <w:r/>
            <w:r>
              <w:rPr>
                <w:sz w:val="15"/>
              </w:rPr>
              <w:t>Województwo</w:t>
            </w:r>
          </w:p>
          <w:p/>
        </w:tc>
        <w:tc>
          <w:tcPr>
            <w:tcW w:type="dxa" w:w="3213"/>
          </w:tcPr>
          <w:p>
            <w:r/>
            <w:r>
              <w:rPr>
                <w:sz w:val="15"/>
              </w:rPr>
              <w:t>Nazwa państwa</w:t>
            </w:r>
          </w:p>
          <w:p/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6E6E6"/>
          </w:tcPr>
          <w:p>
            <w:r/>
            <w:r>
              <w:rPr>
                <w:b/>
                <w:sz w:val="19"/>
              </w:rPr>
              <w:t>B.4. DYSPOZYCJA WNIOSKODAWCY</w:t>
            </w:r>
          </w:p>
        </w:tc>
      </w:tr>
    </w:tbl>
    <w:p>
      <w:r>
        <w:rPr>
          <w:b w:val="0"/>
          <w:i w:val="0"/>
          <w:sz w:val="18"/>
        </w:rPr>
        <w:t>Świadczenie ratownicze proszę przekazywać na wskazany adres zamieszkania / adres do korespondencji / poniższy rachunek bankowy albo rachunek w spółdzielczej kasie oszczędnościowo-kredytowej*) **):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r/>
            <w:r>
              <w:rPr>
                <w:sz w:val="15"/>
              </w:rPr>
              <w:t>Adres</w:t>
            </w:r>
          </w:p>
          <w:p/>
        </w:tc>
      </w:tr>
      <w:tr>
        <w:tc>
          <w:tcPr>
            <w:tcW w:type="dxa" w:w="9638"/>
          </w:tcPr>
          <w:p>
            <w:r/>
            <w:r>
              <w:rPr>
                <w:sz w:val="15"/>
              </w:rPr>
              <w:t>Numer rachunku bankowego / rachunku w spółdzielczej kasie oszczędnościowo-kredytowej</w:t>
            </w:r>
          </w:p>
          <w:p/>
        </w:tc>
      </w:tr>
      <w:tr>
        <w:tc>
          <w:tcPr>
            <w:tcW w:type="dxa" w:w="9638"/>
          </w:tcPr>
          <w:p>
            <w:r/>
            <w:r>
              <w:rPr>
                <w:sz w:val="15"/>
              </w:rPr>
              <w:t>Nazwa banku / spółdzielczej kasy oszczędnościowo-kredytowej</w:t>
            </w:r>
          </w:p>
          <w:p/>
        </w:tc>
      </w:tr>
      <w:tr>
        <w:tc>
          <w:tcPr>
            <w:tcW w:type="dxa" w:w="9638"/>
          </w:tcPr>
          <w:p>
            <w:r/>
            <w:r>
              <w:rPr>
                <w:sz w:val="15"/>
              </w:rPr>
              <w:t>Adres urzędu skarbowego właściwego dla wnioskodawcy</w:t>
            </w:r>
          </w:p>
          <w:p/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6E6E6"/>
          </w:tcPr>
          <w:p>
            <w:r/>
            <w:r>
              <w:rPr>
                <w:b/>
                <w:sz w:val="19"/>
              </w:rPr>
              <w:t>B.5. ZAŁĄCZNIKI: ***)</w:t>
            </w:r>
          </w:p>
        </w:tc>
      </w:tr>
    </w:tbl>
    <w:p>
      <w:pPr>
        <w:spacing w:after="200"/>
      </w:pPr>
      <w:r>
        <w:rPr>
          <w:b w:val="0"/>
          <w:i w:val="0"/>
          <w:sz w:val="18"/>
        </w:rPr>
        <w:t>1) ……………………………………………</w:t>
        <w:br/>
        <w:t>2) ……………………………………………</w:t>
        <w:br/>
        <w:t>3) ……………………………………………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6"/>
              </w:rPr>
              <w:t>……………………………………</w:t>
            </w:r>
          </w:p>
        </w:tc>
        <w:tc>
          <w:tcPr>
            <w:tcW w:type="dxa" w:w="4819"/>
          </w:tcPr>
          <w:p>
            <w:r>
              <w:rPr>
                <w:sz w:val="16"/>
              </w:rPr>
              <w:t>……………………………………………………………</w:t>
            </w:r>
          </w:p>
        </w:tc>
      </w:tr>
      <w:tr>
        <w:tc>
          <w:tcPr>
            <w:tcW w:type="dxa" w:w="4819"/>
          </w:tcPr>
          <w:p>
            <w:r>
              <w:rPr>
                <w:sz w:val="16"/>
              </w:rPr>
              <w:t>(miejscowość, data)</w:t>
            </w:r>
          </w:p>
        </w:tc>
        <w:tc>
          <w:tcPr>
            <w:tcW w:type="dxa" w:w="4819"/>
          </w:tcPr>
          <w:p>
            <w:r>
              <w:rPr>
                <w:sz w:val="16"/>
              </w:rPr>
              <w:t>(podpis wnioskodawcy / przedstawiciela ustawowego / pełnomocnika / opiekuna prawnego*))</w:t>
            </w:r>
          </w:p>
        </w:tc>
      </w:tr>
    </w:tbl>
    <w:p/>
    <w:p>
      <w:r>
        <w:rPr>
          <w:b w:val="0"/>
          <w:i w:val="0"/>
          <w:sz w:val="15"/>
        </w:rPr>
        <w:t>*) Niepotrzebne skreślić.</w:t>
      </w:r>
    </w:p>
    <w:p>
      <w:r>
        <w:rPr>
          <w:b w:val="0"/>
          <w:i w:val="0"/>
          <w:sz w:val="15"/>
        </w:rPr>
        <w:t>**) W przypadku niedokonania wyboru świadczenie będzie przekazywane na wskazany adres zamieszkania.</w:t>
      </w:r>
    </w:p>
    <w:p>
      <w:r>
        <w:rPr>
          <w:b w:val="0"/>
          <w:i w:val="0"/>
          <w:sz w:val="15"/>
        </w:rPr>
        <w:t>***) Zgodnie z art. 50 ust. 3 pkt 2 i 3 ustawy z dnia 17 grudnia 2021 r. o ochotniczych strażach pożarnych (Dz. U. poz. 2490, z późn. zm.) można załączyć pisemne oświadczenia 3 świadków potwierdzające bezpośredni udział w działaniach ratowniczych.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i/>
        <w:sz w:val="14"/>
      </w:rPr>
      <w:t>Edytowalna wersja wzoru z rozporządzenia MSWiA z 2.12.2022 r. (Dz. U. poz. 2579). Stan prawny: 17.10.2026. Wzór przygotowany przez strazacy.info.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